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Homework 1 — Math 701</w:t>
      </w:r>
    </w:p>
    <w:p>
      <w:pPr>
        <w:jc w:val="center"/>
      </w:pPr>
      <w:r>
        <w:rPr>
          <w:b/>
        </w:rPr>
        <w:t>Frank Thorne · Fall 2026</w:t>
      </w:r>
    </w:p>
    <w:p>
      <w:pPr>
        <w:jc w:val="center"/>
      </w:pPr>
      <w:r>
        <w:t>thorne@math.sc.edu</w:t>
      </w:r>
    </w:p>
    <w:p>
      <w:pPr>
        <w:pStyle w:val="Heading1"/>
      </w:pPr>
      <w:r>
        <w:t>Instructions</w:t>
      </w:r>
    </w:p>
    <w:p>
      <w:r>
        <w:t>You are welcome and encouraged to collaborate, but please write up your own solutions.</w:t>
      </w:r>
    </w:p>
    <w:p>
      <w:r>
        <w:rPr>
          <w:b/>
        </w:rPr>
        <w:t>Due Wednesday, September 9.</w:t>
      </w:r>
    </w:p>
    <w:p>
      <w:r>
        <w:rPr>
          <w:b/>
        </w:rPr>
        <w:t xml:space="preserve">Accessibility note: </w:t>
      </w:r>
      <w:r>
        <w:t>Mathematical expressions are written as editable text rather than images so they can be read, selected, and enlarged with assistive technology.</w:t>
      </w:r>
    </w:p>
    <w:p>
      <w:pPr>
        <w:pStyle w:val="Heading1"/>
      </w:pPr>
      <w:r>
        <w:t>Problem 1</w:t>
      </w:r>
    </w:p>
    <w:p>
      <w:r>
        <w:t>The Fibonacci numbers are defined by F₁ = 1, F₂ = 1, and Fₙ₊₁ = Fₙ + Fₙ₋₁ for n ≥ 2. Note that they satisfy</w:t>
      </w:r>
    </w:p>
    <w:p>
      <w:pPr>
        <w:jc w:val="center"/>
      </w:pPr>
      <w:r>
        <w:rPr>
          <w:rFonts w:ascii="Cambria Math" w:hAnsi="Cambria Math"/>
          <w:sz w:val="24"/>
        </w:rPr>
        <w:t>M [Fₙ, Fₙ₋₁]ᵀ = [Fₙ₊₁, Fₙ]ᵀ,</w:t>
      </w:r>
    </w:p>
    <w:p>
      <w:r>
        <w:t>where M = [[1, 1], [1, 0]], for each n ≥ 2.</w:t>
      </w:r>
    </w:p>
    <w:p>
      <w:pPr>
        <w:pStyle w:val="Heading2"/>
      </w:pPr>
      <w:r>
        <w:t>Part (a)</w:t>
      </w:r>
    </w:p>
    <w:p>
      <w:r>
        <w:t>Compute the characteristic polynomial, eigenvalues, and a basis of eigenvectors for M.</w:t>
      </w:r>
    </w:p>
    <w:p>
      <w:pPr>
        <w:pStyle w:val="Heading2"/>
      </w:pPr>
      <w:r>
        <w:t>Part (b)</w:t>
      </w:r>
    </w:p>
    <w:p>
      <w:r>
        <w:t>Compute a diagonal matrix D and an invertible matrix P for which D = P⁻¹MP. Interpreting P as a change of basis matrix, describe the linear transformations and bases represented by D, P, and M.</w:t>
      </w:r>
    </w:p>
    <w:p>
      <w:pPr>
        <w:pStyle w:val="Heading2"/>
      </w:pPr>
      <w:r>
        <w:t>Part (c)</w:t>
      </w:r>
    </w:p>
    <w:p>
      <w:r>
        <w:t>Sketch a proof that the set of functions f : Z⁺ → R satisfying f(n + 1) = f(n) + f(n − 1) for n ≥ 2 forms a two-dimensional real vector space V.</w:t>
      </w:r>
    </w:p>
    <w:p>
      <w:pPr>
        <w:pStyle w:val="Heading2"/>
      </w:pPr>
      <w:r>
        <w:t>Part (d)</w:t>
      </w:r>
    </w:p>
    <w:p>
      <w:r>
        <w:t>Using your work above, find a basis for V consisting of functions satisfying f(n) = f(1)λⁿ⁻¹ for some λ ∈ R.</w:t>
      </w:r>
    </w:p>
    <w:p>
      <w:pPr>
        <w:pStyle w:val="Heading2"/>
      </w:pPr>
      <w:r>
        <w:t>Part (e)</w:t>
      </w:r>
    </w:p>
    <w:p>
      <w:r>
        <w:t>Write F in terms of this basis, thereby computing an explicit closed formula for the Fibonacci numbers.</w:t>
      </w:r>
    </w:p>
    <w:p>
      <w:pPr>
        <w:pStyle w:val="Heading1"/>
      </w:pPr>
      <w:r>
        <w:t>Problem 2</w:t>
      </w:r>
    </w:p>
    <w:p>
      <w:r>
        <w:t>Let V be the vector space of affine plane conics</w:t>
      </w:r>
    </w:p>
    <w:p>
      <w:pPr>
        <w:jc w:val="center"/>
      </w:pPr>
      <w:r>
        <w:rPr>
          <w:rFonts w:ascii="Cambria Math" w:hAnsi="Cambria Math"/>
          <w:sz w:val="24"/>
        </w:rPr>
        <w:t>ax² + bxy + cy² + dx + ey + f = 0</w:t>
      </w:r>
    </w:p>
    <w:p>
      <w:r>
        <w:t>with coefficients in C. Then V is a vector space of dimension 6.</w:t>
      </w:r>
    </w:p>
    <w:p>
      <w:pPr>
        <w:pStyle w:val="Heading2"/>
      </w:pPr>
      <w:r>
        <w:t>Part (a)</w:t>
      </w:r>
    </w:p>
    <w:p>
      <w:r>
        <w:t>Fix (x₀, y₀), and let W ⊆ V be the subspace of conics g for which g(x₀, y₀) = 0. Explain briefly why W is a subspace, and why it has dimension 5 for any choice of (x₀, y₀).</w:t>
      </w:r>
    </w:p>
    <w:p>
      <w:pPr>
        <w:pStyle w:val="Heading2"/>
      </w:pPr>
      <w:r>
        <w:t>Part (b)</w:t>
      </w:r>
    </w:p>
    <w:p>
      <w:r>
        <w:t>Now, for k ≥ 1, consider the following statement: For any k distinct points (x₁, y₁), …, (xₖ, yₖ), let Wₖ ⊆ V be the subspace of conics g for which g(xᵢ, yᵢ) = 0 for each i. Then Wₖ has dimension 6 − i. For which k ≥ 1 is the above statement true or false? (Prove your assertion.)</w:t>
      </w:r>
    </w:p>
    <w:p>
      <w:pPr>
        <w:pStyle w:val="Heading2"/>
      </w:pPr>
      <w:r>
        <w:t>Part (c)</w:t>
      </w:r>
    </w:p>
    <w:p>
      <w:r>
        <w:t>A conic g(x, y) is singular if it contains some point (x₀, y₀) at which both partial derivatives vanish. Find (with proof) an example of a nonsingular conic, and a nonzero example of a singular conic.</w:t>
      </w:r>
    </w:p>
    <w:p>
      <w:pPr>
        <w:pStyle w:val="Heading2"/>
      </w:pPr>
      <w:r>
        <w:t>Part (d)</w:t>
      </w:r>
    </w:p>
    <w:p>
      <w:r>
        <w:t>Find a basis for V consisting of nonsingular conics.</w:t>
      </w:r>
    </w:p>
    <w:p>
      <w:pPr>
        <w:pStyle w:val="Heading1"/>
      </w:pPr>
      <w:r>
        <w:t>Problem 3</w:t>
      </w:r>
    </w:p>
    <w:p>
      <w:r>
        <w:t>Let V be the real vector space consisting of all continuous functions from R to itself. Prove that V is not finite dimensional.</w:t>
      </w:r>
    </w:p>
    <w:p>
      <w:pPr>
        <w:pStyle w:val="Heading1"/>
      </w:pPr>
      <w:r>
        <w:t>Problem 4</w:t>
      </w:r>
    </w:p>
    <w:p>
      <w:r>
        <w:t>(Lagrange Interpolation, following Friedberg, Insel, and Spence) Let V be the n + 1-dimensional vector space of polynomials of degree ≤ n, over a field F, and let c₀, …, cₙ be distinct scalars in F.</w:t>
      </w:r>
    </w:p>
    <w:p>
      <w:pPr>
        <w:pStyle w:val="Heading2"/>
      </w:pPr>
      <w:r>
        <w:t>Part (a)</w:t>
      </w:r>
    </w:p>
    <w:p>
      <w:r>
        <w:t>For 0 ≤ i ≤ n, define fᵢ ∈ V* by fᵢ(p) = p(cᵢ). Prove that the fᵢ form a basis for V*.</w:t>
      </w:r>
    </w:p>
    <w:p>
      <w:pPr>
        <w:pStyle w:val="Heading2"/>
      </w:pPr>
      <w:r>
        <w:t>Part (b)</w:t>
      </w:r>
    </w:p>
    <w:p>
      <w:r>
        <w:t>Prove that there exist unique polynomials p₀, …, pₙ with pᵢ(cⱼ) = δᵢⱼ.</w:t>
      </w:r>
    </w:p>
    <w:p>
      <w:pPr>
        <w:pStyle w:val="Heading2"/>
      </w:pPr>
      <w:r>
        <w:t>Part (c)</w:t>
      </w:r>
    </w:p>
    <w:p>
      <w:r>
        <w:t>For any scalars a₀, …, aₙ (not necessarily distinct), prove that there exists a unique polynomial q of degree ≤ n, such that q(cᵢ) = aᵢ for each i. Determine a formula for q in terms of the above.</w:t>
      </w:r>
    </w:p>
    <w:p>
      <w:pPr>
        <w:pStyle w:val="Heading1"/>
      </w:pPr>
      <w:r>
        <w:t>Problem 5</w:t>
      </w:r>
    </w:p>
    <w:p>
      <w:r>
        <w:t>(Suggested by ChatGPT) For each n, let Pₙ be the vector space of polynomials over R of degree at most n.</w:t>
      </w:r>
    </w:p>
    <w:p>
      <w:pPr>
        <w:pStyle w:val="Heading2"/>
      </w:pPr>
      <w:r>
        <w:t>Part (a)</w:t>
      </w:r>
    </w:p>
    <w:p>
      <w:r>
        <w:t>Let D : P₃ → P₂ be the differentiation map. Briefly explain why D is a homomorphism. Compute a matrix representing D (with respect to bases you should choose and specify).</w:t>
      </w:r>
    </w:p>
    <w:p>
      <w:pPr>
        <w:pStyle w:val="Heading2"/>
      </w:pPr>
      <w:r>
        <w:t>Part (b)</w:t>
      </w:r>
    </w:p>
    <w:p>
      <w:r>
        <w:t>Similarly to the previous question, for a ∈ R define evₐ to be the “evaluation at a map,” that is evₐ(p) = p(a). Explain why this is an element of Pₙ*, and describe D*(evₐ).</w:t>
      </w:r>
    </w:p>
    <w:p>
      <w:pPr>
        <w:pStyle w:val="Heading2"/>
      </w:pPr>
      <w:r>
        <w:t>Part (c)</w:t>
      </w:r>
    </w:p>
    <w:p>
      <w:r>
        <w:t>Define I : Pₙ → R by</w:t>
      </w:r>
    </w:p>
    <w:p>
      <w:pPr>
        <w:jc w:val="center"/>
      </w:pPr>
      <w:r>
        <w:rPr>
          <w:rFonts w:ascii="Cambria Math" w:hAnsi="Cambria Math"/>
          <w:sz w:val="24"/>
        </w:rPr>
        <w:t>I(p) = ∫₀¹ p(x) dx.</w:t>
      </w:r>
    </w:p>
    <w:p>
      <w:r>
        <w:t>Explain why I ∈ Pₙ*.</w:t>
      </w:r>
    </w:p>
    <w:p>
      <w:pPr>
        <w:pStyle w:val="Heading2"/>
      </w:pPr>
      <w:r>
        <w:t>Part (d)</w:t>
      </w:r>
    </w:p>
    <w:p>
      <w:r>
        <w:t>Compute D*(I).</w:t>
      </w:r>
    </w:p>
    <w:sectPr w:rsidR="00FC693F" w:rsidRPr="0006063C" w:rsidSect="00034616">
      <w:footerReference w:type="default" r:id="rId9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Math 701 · Homework 1 ·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1, Math 701</dc:title>
  <dc:subject>Math 701 Abstract Algebra, Fall 2026</dc:subject>
  <dc:creator>Frank Thorne</dc:creator>
  <cp:keywords>Math 701, abstract algebra, homework, accessible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