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Homework 3 — Math 701</w:t>
      </w:r>
    </w:p>
    <w:p>
      <w:pPr>
        <w:jc w:val="center"/>
      </w:pPr>
      <w:r>
        <w:rPr>
          <w:b/>
        </w:rPr>
        <w:t>Frank Thorne · Fall 2026</w:t>
      </w:r>
    </w:p>
    <w:p>
      <w:pPr>
        <w:jc w:val="center"/>
      </w:pPr>
      <w:r>
        <w:t>thorne@math.sc.edu</w:t>
      </w:r>
    </w:p>
    <w:p>
      <w:pPr>
        <w:pStyle w:val="Heading1"/>
        <w:keepNext/>
      </w:pPr>
      <w:r>
        <w:t>Instructions</w:t>
      </w:r>
    </w:p>
    <w:p>
      <w:r>
        <w:t>You are welcome and encouraged to collaborate, but please write up your own solutions.</w:t>
      </w:r>
    </w:p>
    <w:p>
      <w:r>
        <w:rPr>
          <w:b/>
        </w:rPr>
        <w:t>Due Monday, October 26, 2026.</w:t>
      </w:r>
    </w:p>
    <w:p>
      <w:r>
        <w:t>Accessibility note: Mathematical expressions are written as editable text rather than images so they can be read, selected, enlarged, and navigated with assistive technology.</w:t>
      </w:r>
    </w:p>
    <w:p>
      <w:pPr>
        <w:pStyle w:val="Heading1"/>
        <w:keepNext/>
      </w:pPr>
      <w:r>
        <w:t>Problem 1</w:t>
      </w:r>
    </w:p>
    <w:p>
      <w:r>
        <w:rPr>
          <w:i w:val="0"/>
        </w:rPr>
        <w:t>Prove that a group of order 105 is not simple.</w:t>
      </w:r>
    </w:p>
    <w:p>
      <w:pPr>
        <w:pStyle w:val="Heading1"/>
        <w:keepNext/>
      </w:pPr>
      <w:r>
        <w:t>Problem 2</w:t>
      </w:r>
    </w:p>
    <w:p>
      <w:r>
        <w:rPr>
          <w:i w:val="0"/>
        </w:rPr>
        <w:t>Prove that a group of order 132 is not simple.</w:t>
      </w:r>
    </w:p>
    <w:p>
      <w:pPr>
        <w:pStyle w:val="Heading1"/>
        <w:keepNext/>
      </w:pPr>
      <w:r>
        <w:t>Problem 3</w:t>
      </w:r>
    </w:p>
    <w:p>
      <w:r>
        <w:rPr>
          <w:i w:val="0"/>
        </w:rPr>
        <w:t>Consider the group SL₂(Z/3) = SL₂(F₃) of 2 × 2 matrices with entries in Z/3 (i.e., in the finite field F₃) whose determinant is 1.</w:t>
      </w:r>
    </w:p>
    <w:p>
      <w:r>
        <w:rPr>
          <w:i w:val="0"/>
        </w:rPr>
        <w:t>Note: The determinant involves multiplying as well as subtracting elements of Z/3. If you are not familiar with finite fields, just note that both multiplication and addition are carried out modulo 3.</w:t>
      </w:r>
    </w:p>
    <w:p>
      <w:pPr>
        <w:pStyle w:val="Heading2"/>
        <w:keepNext/>
      </w:pPr>
      <w:r>
        <w:t>Part (a)</w:t>
      </w:r>
    </w:p>
    <w:p>
      <w:r>
        <w:rPr>
          <w:i w:val="0"/>
        </w:rPr>
        <w:t>Prove that this group has 24 elements in it.</w:t>
      </w:r>
    </w:p>
    <w:p>
      <w:pPr>
        <w:pStyle w:val="Heading2"/>
        <w:keepNext/>
      </w:pPr>
      <w:r>
        <w:t>Part (b)</w:t>
      </w:r>
    </w:p>
    <w:p>
      <w:r>
        <w:rPr>
          <w:i w:val="0"/>
        </w:rPr>
        <w:t>Describe all of its 2-Sylow and 3-Sylow subgroups.</w:t>
      </w:r>
    </w:p>
    <w:p>
      <w:pPr>
        <w:pStyle w:val="Heading2"/>
        <w:keepNext/>
      </w:pPr>
      <w:r>
        <w:t>Part (c)</w:t>
      </w:r>
    </w:p>
    <w:p>
      <w:r>
        <w:rPr>
          <w:i w:val="0"/>
        </w:rPr>
        <w:t>Prove that the center Z of SL₂(Z/3) consists of ±I.</w:t>
      </w:r>
    </w:p>
    <w:p>
      <w:pPr>
        <w:pStyle w:val="Heading2"/>
        <w:keepNext/>
      </w:pPr>
      <w:r>
        <w:t>Part (d)</w:t>
      </w:r>
    </w:p>
    <w:p>
      <w:r>
        <w:rPr>
          <w:i w:val="0"/>
        </w:rPr>
        <w:t>Construct an action of SL₂(Z/3) whose kernel is ±I. This proves that SL₂(Z/3)/Z is isomorphic to a subgroup of S₄ of order 12, and recall that the only such one is A₄.</w:t>
      </w:r>
    </w:p>
    <w:p>
      <w:r>
        <w:rPr>
          <w:i/>
        </w:rPr>
        <w:t>Hint: Try linear fractional transformations on {0, 1, −1, ∞}. Or, equivalently, SL₂(Z/3) acts on (Z/3)², in the usual way that matrices act on vectors; use this to somehow cook up an action on a set with four elements.</w:t>
      </w:r>
    </w:p>
    <w:p>
      <w:pPr>
        <w:pStyle w:val="Heading2"/>
        <w:keepNext/>
      </w:pPr>
      <w:r>
        <w:t>Part (e)</w:t>
      </w:r>
    </w:p>
    <w:p>
      <w:r>
        <w:rPr>
          <w:i w:val="0"/>
        </w:rPr>
        <w:t>Prove that SL₂(Z/3) is not isomorphic to S₄.</w:t>
      </w:r>
    </w:p>
    <w:p>
      <w:pPr>
        <w:pStyle w:val="Heading1"/>
        <w:keepNext/>
      </w:pPr>
      <w:r>
        <w:t>Problem 4</w:t>
      </w:r>
    </w:p>
    <w:p>
      <w:r>
        <w:rPr>
          <w:i w:val="0"/>
        </w:rPr>
        <w:t>Let G be the group of functions from C to itself of the form z ↦ az + b, with a ≠ 0.</w:t>
      </w:r>
    </w:p>
    <w:p>
      <w:pPr>
        <w:pStyle w:val="Heading2"/>
        <w:keepNext/>
      </w:pPr>
      <w:r>
        <w:t>Part (a)</w:t>
      </w:r>
    </w:p>
    <w:p>
      <w:r>
        <w:rPr>
          <w:i w:val="0"/>
        </w:rPr>
        <w:t>Prove that G is, in fact, a group, and compute a formula for the inverse of any element.</w:t>
      </w:r>
    </w:p>
    <w:p>
      <w:pPr>
        <w:pStyle w:val="Heading2"/>
        <w:keepNext/>
      </w:pPr>
      <w:r>
        <w:t>Part (b)</w:t>
      </w:r>
    </w:p>
    <w:p>
      <w:r>
        <w:rPr>
          <w:i w:val="0"/>
        </w:rPr>
        <w:t>Let A and B be the subgroups of maps z ↦ az and z ↦ z + b, respectively. Prove that B is normal in G, and that A is not.</w:t>
      </w:r>
    </w:p>
    <w:p>
      <w:pPr>
        <w:pStyle w:val="Heading2"/>
        <w:keepNext/>
      </w:pPr>
      <w:r>
        <w:t>Part (c)</w:t>
      </w:r>
    </w:p>
    <w:p>
      <w:r>
        <w:rPr>
          <w:i w:val="0"/>
        </w:rPr>
        <w:t>Prove that G is isomorphic to a semidirect product B ⋊ A. Compute the associated homomorphism A → Aut(B) and the action of A on B by conjugation.</w:t>
      </w:r>
    </w:p>
    <w:p>
      <w:pPr>
        <w:pStyle w:val="Heading1"/>
        <w:keepNext/>
      </w:pPr>
      <w:r>
        <w:t>Problem 5</w:t>
      </w:r>
    </w:p>
    <w:p>
      <w:r>
        <w:rPr>
          <w:i w:val="0"/>
        </w:rPr>
        <w:t>Construct a non-abelian group of order 75.</w:t>
      </w:r>
    </w:p>
    <w:p>
      <w:pPr>
        <w:pStyle w:val="Heading1"/>
        <w:keepNext/>
      </w:pPr>
      <w:r>
        <w:t>Problem 6</w:t>
      </w:r>
    </w:p>
    <w:p>
      <w:r>
        <w:rPr>
          <w:i w:val="0"/>
        </w:rPr>
        <w:t>Classify all groups of order 28 (there are four isomorphism types).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3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40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 3, Math 701</dc:title>
  <dc:subject>Math 701 homework assignment, Fall 2026</dc:subject>
  <dc:creator>Frank Thorne</dc:creator>
  <cp:keywords>Math 701, abstract algebra, homework, accessible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